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– מקורו, תאריכו והקהילה שחוגגת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בסדר נכון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בשפת געז ובמסורת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לרעיונות של זיכרון, מסורת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ביתא ישראל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דורות התפללו בני הקהילה לשוב לירושלים, גם כשחיו רחוק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להתפלל יחד, לשמוע את האורית ולבקש לשוב לירושלים, כמו במעמד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ההר מזכיר את מעמד הר סיני, שבו קיבל העם את התורה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סדר היום בהר – מה קורה ביום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היום - קימה מוקדמת, טבילה ולבוש נקי ולבן.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בני הקהילה עולים בתהלוכה חגיגית עם מטריות מפוארות.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על ההר צמים ומתפללים, והסעודה מתקיימת רק אחרי הירידה.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הקסים מוציאים את האורית ומובילים את הקריאה והתפילה.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סוף היום הוא חגיגה: שבירת הצום, שירה וריקוד.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סדר היום בהר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(טובלים במים ולובשים בגדים לבנים ונקיים)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(עולים בתהלוכה מתחת למטריות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(צמים, קוראים מהאורית ומתפללים לשוב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(מוציאים את ספר האורית ומובילים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(יורדים מההר, שוברים את הצום בסעודה ורוקדים)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סדר היום בהר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משכימים קום, טובלים במים ולובשים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בתהלוכה אל ראש ההר, מתחת למטריות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מתאספים, והקסים מוציאים את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מההר, שוברים את הצום בסעודה,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המסע הארוך לירושלים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שמרה על האורית, הצומות והחגים בכפרים שבצפון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רבים הלכו ברגל למחנות פליטים בסודן.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במבצע שלמה הגיעו כ-14,310 עולים בתוך 36 שעות.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חוק הסיגד נחקק בשנת 2008, הרבה אחרי קום המדינה.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המסע הארוך לירושלים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המסע הארוך לירושלים – סדר המסע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 בכפרים באתיופיה ושמירה על המסורת והאורית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מסע ארוך ברגל למחנות פליטים בסודן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 משה - עלייה חשאית ארצה מסודן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מבצע שלמה - עלייה גדולה בטיסות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חיים בישראל וחגיגת הסיגד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המסע הארוך לירושלים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לקשיים כמו המסע ברגל, הפרידה מהבית, או הציפייה הארוכה לעלייה.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חשובות בחג – התאמת 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(מנהיג דתי ורוחני של הקהילה,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(שם הקהילה היהודית באתיופיה, פירושו בית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(השפה העתיקה של התפילות וכתבי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(הטיילת בירושלים שבה נערכת היום התפילה המרכזית)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(השתחוות או סגידה בשפת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חשובות בחג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 דתי שמוביל את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ארמון הנציב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חשובות בחג – מבינים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פירושו השתחוות או 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הקס מוביל את התפילה ומוציא את האורית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חשובות בחג – כותבים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האורית היא ספר התורה של הקהילה, וקריאה ממנה היא חלק חשוב מהתפילה ומחידוש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 פירושו בית ישראל - כך קראה לעצמה הקהילה היהודית שחייתה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שייכות, זיכרון ומשאלות – זוכרים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מספר שירושלים הייתה חלום וגעגוע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המטריות צבעוניות ומפוארות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הראשונה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בפעילות מטריית המשאלות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שייכות, זיכרון ומשאלות – מבינים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משאלה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לכם, למשפחה או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שייכות, זיכרון ומשאלות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שייכות, זיכרון ומשאלות – מתאימים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אני גר ומרגיש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(האנשים הקרובים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שאני זוכר מהעבר)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בוחנים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ארמון הנציב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שוברים את הצום,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השתחוות וסגידה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בתהלוכה, צמים, הקסים קוראים מהאורית, ומתפללים לשוב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כל תשובה סבירה המתארת מסורת או זיכרון משפחתי מתקבלת.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להזכיר: הליכה רגלית ארוכה, תנאי מדבר קשים, חוסר במים ומזון, סכנות בדרך.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הגעגוע לירושלים ואת חידוש הברית, לא רק 'חג אתיופי'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טבילה ולבוש לבן, תהלוכה עם מטריות, צום ותפילה על ההר, ירידה וסעודה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לפחות שלוש מהמילים: סיגד, אורית, קס, געז,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פרקים 1–2, פרק 3, ופרקים 4–5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3 כדאי להראות מפה פשוטה של המסע מאתיופיה דרך סודן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פרק 3 ולהתמקד רק בשלוש תחנות 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בשאלת הערכה עצמית אחת מתוך פרק 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תלמדו על חג הסיגד צעד אחר צעד. עברו על הפרקים לפי הסדר, ענו בכל פרק על השאלות, וציירו או כתבו כשמבקשים 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חג הסיגד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"סיגד"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 –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ספר התורה של 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קהילת __________ – 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התאריך של חג הסיגד הוא כ"ט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 עלו בני הקהילה אל __________ גבוה כדי להתפלל ולצום.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בחג הסיגד הוא זכר למעמד הר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חג הסיגד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הגעגוע של קהילת ביתא ישראל לירושלים.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בני הקהילה עלו להר בחג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ההר בחג הסיגד? קשרו את התשובה למעמד הר סיני.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סדר היום בהר –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משכימים קום וטובלים במים לפני שלובשים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העלייה להר נעשית בתהלוכה,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ראש ההר אוכלים ארוחה חגיגית לפני התפילה.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מוציאים את ספר האורית כשהקהילה מתאספת בהר.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הירידה מההר שוברים את הצום בסעודה ורוקדים.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סדר היום בהר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בבוקר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מוציאים את ספר האורית ומובילים את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בדרך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יורדים מההר, שוברים את הצום בסעודה ורוקדים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בראש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טובלים במים ולובשים בגדים לבנים ונקיים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עולים בתהלוכה מתחת למטריות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בתום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צמים, קוראים מהאורית ומתפללים לשוב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סדר היום בהר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בתהלוכה אל ראש ההר, מתחת למטריות צבעוניות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מתאספים, והקסים מוציאים את ספר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מההר, שוברים את הצום בסעודה, שרים ורוקדים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משכימים קום, טובלים במים ולובשים בגדים לבנים ונקיים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המסע הארוך לירושלים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חיה באתיופיה דורות רבים ושמרה על התורה והחגים.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לישראל עברו רבים מבני הקהילה דרך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נמשך שעות בודדות והביא לישראל אלפי 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הסיגד נחקק באותה שנה שבה קמה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המסע הארוך לירושלים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קהילת ביתא ישראל התפללה דורות רבים לשוב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בדרכם לישראל הלכו רבים מבני הקהילה ברגל למחנות פליטים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במבצע __________ הגיעו לישראל כ-14,310 עולים בתוך 36 שעות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חוק מיוחד משנת 2008 קבע שחג הסיגד הוא חג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המסע הארוך לירושלים – סדר המסע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 - עלייה גדולה בטיסות מאתיופיה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בישראל וחגיגת הסיגד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ארוך ברגל למחנות פליטים בסודן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חיים בכפרים באתיופיה ושמירה על המסורת והאורית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- עלייה חשאית ארצה מסודן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המסע הארוך לירושלים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2-3 משפטים: מה לדעתכם היה הכי קשה במסע של בני הקהילה מאתיופיה לישראל?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חשובות בחג – התאמת 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העתיקה של התפילות וכתבי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הטיילת בירושלים שבה נערכת היום התפילה המרכזית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 או 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הקהילה היהודית באתיופיה, פירושו בית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התורה של הקהילה, כתוב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מנהיג דתי ורוחני של הקהילה, מוביל את התפילה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חשובות בחג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ההר שעליו 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הוא הקס בקהילת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תייר שמגיע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דתי שמוביל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המטרייה הצבעונית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אחר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שפה כתובה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נערכת היום התפילה המרכזית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בכפר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חשובות בחג – מבינים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שמחה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זה שמוציא את ספר האורית בטקס ההשתחוות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מילים חשובות בחג – כותבים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הקסים קוראים מתוך האורית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מה פירוש השם ביתא ישראל ולמה הקהילה נקראת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שייכות, זיכרון ומשאלות – זוכרים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ביתא ישראל שמרו במשך דורות על החלום לשוב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הקסים עולים להר מתחת למטריות לבנות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זהות ושייכות מבקשים לבחור שלוש מילים שמתארות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במטריית המשאלות אפשר לבחור צבע ולהוסיף מדבקות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שייכות, זיכרון ומשאלות – מבינים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מופיעה ברשימת מילות השייכות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במטריית המשאלות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אפשר לכתוב משאלה במטריית המשאלות?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לכם, למשפחה או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לכתוב משאלה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שייכות, זיכרון ומשאלות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ביתא ישראל שמרו במשך דורות על החלום לשוב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במטריית המשאלות בוחרים צבע, מוסיפים מדבקות וכותבים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שייכות, זיכרון ומשאלות – מתאימים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הקרובים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שאני זוכר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שבו אני גר ומרגיש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מנהג שעובר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בוחנים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זאת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מוביל את התפילה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נערכת היום התפילה המרכזית של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בני הקהילה בסוף היום, אחרי שיורדים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שוברים את הצום,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לעלות להר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דרך איזו מדינה עברו רבים מבני הקהילה בדרכם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תורכיה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שנה נחקק חוק חג הסיגד שהפך אותו לחג ממלכתי?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פירוש המילה סיגד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במשפטים משלכם מה קורה על ההר ביום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בני ביתא ישראל שמרו על חלום ירושלים דורות רבים. על איזה חלום או מסורת שומרים במשפחה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מסע הקהילה לישראל עבר דרך אתיופיה, סודן וישראל. למה לדעתכם המסע הזה היה קשה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למה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בסדר נכון מה קורה ביום החג, מההשכמה ועד הסעודה?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לפחות שלוש מילים חשובות מהחג ואת פירושן?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