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– מקורו, תאריכו והקהילה שחוגגת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לתאר בסדר נכון מה קורה ביום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חשובות בשפת געז ובמסורת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החג לרעיונות של זיכרון, מסורת ושייכות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חג הסיגד – שאלות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ביתא ישראל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חג הסיגד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ביתא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חג הסיגד – הבנה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במשך דורות התפללו בני הקהילה לשוב לירושלים, גם כשחיו רחוק ממנה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להתפלל יחד, לשמוע את האורית ולבקש לשוב לירושלים, כמו במעמד הר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ההר מזכיר את מעמד הר סיני, שבו קיבל העם את התורה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סדר היום בהר – מה קורה ביום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מתחיל היום - קימה מוקדמת, טבילה ולבוש נקי ולבן.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בני הקהילה עולים בתהלוכה חגיגית עם מטריות מפוארות.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על ההר צמים ומתפללים, והסעודה מתקיימת רק אחרי הירידה.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הקסים מוציאים את האורית ומובילים את הקריאה והתפילה.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סוף היום הוא חגיגה: שבירת הצום, שירה וריקוד.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סדר היום בהר – התאמת שלב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(טובלים במים ולובשים בגדים לבנים ונקיים)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(עולים בתהלוכה מתחת למטריות צבעוניות)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(צמים, קוראים מהאורית ומתפללים לשוב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(מוציאים את ספר האורית ומובילים את התפילה)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(יורדים מההר, שוברים את הצום בסעודה ורוקדים)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סדר היום בהר – סדרו את מהלך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משכימים קום, טובלים במים ולובשים בגדים לבנים ונקיים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בתהלוכה אל ראש ההר, מתחת למטריות צבעוניות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מתאספים, והקסים מוציאים את ספר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יורדים מההר, שוברים את הצום בסעודה, שרים ורוקדים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המסע הארוך לירושלים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הקהילה שמרה על האורית, הצומות והחגים בכפרים שבצפון אתיופיה.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רבים הלכו ברגל למחנות פליטים בסודן.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במבצע שלמה הגיעו כ-14,310 עולים בתוך 36 שעות.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חוק הסיגד נחקק בשנת 2008, הרבה אחרי קום המדינה.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המסע הארוך לירושלים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המסע הארוך לירושלים – סדר המסע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חיים בכפרים באתיופיה ושמירה על המסורת והאורית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מסע ארוך ברגל למחנות פליטים בסודן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מבצע משה - עלייה חשאית ארצה מסודן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מבצע שלמה - עלייה גדולה בטיסות מאתיופיה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חיים בישראל וחגיגת הסיגד בירושלים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המסע הארוך לירושלים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לקשיים כמו המסע ברגל, הפרידה מהבית, או הציפייה הארוכה לעלייה.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מילים חשובות בחג – התאמת מושג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(מנהיג דתי ורוחני של הקהילה, מוביל את התפילה)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(ספר התורה של הקהילה, כתוב בשפת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(שם הקהילה היהודית באתיופיה, פירושו בית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(השפה העתיקה של התפילות וכתבי הקודש)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(הטיילת בירושלים שבה נערכת היום התפילה המרכזית)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(השתחוות או סגידה בשפת געז)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מילים חשובות בחג – בוחרים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ספר התורה של 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מנהיג דתי שמוביל את התפילה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בטיילת ארמון הנציב בירושלים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מילים חשובות בחג – מבינים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סיגד פירושו השתחוות או 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הקס מוביל את התפילה ומוציא את האורית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מילים חשובות בחג – כותבים במילים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האורית היא ספר התורה של הקהילה, וקריאה ממנה היא חלק חשוב מהתפילה ומחידוש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ביתא ישראל פירושו בית ישראל - כך קראה לעצמה הקהילה היהודית שחייתה באתיופיה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שייכות, זיכרון ומשאלות – זוכרים מהדף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הדף מספר שירושלים הייתה חלום וגעגוע במשך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המטריות צבעוניות ומפוארות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במשימה הראשונה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בפעילות מטריית המשאלות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שייכות, זיכרון ומשאלות – מבינים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משאלה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לכם, למשפחה או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שייכות, זיכרון ומשאלות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שייכות, זיכרון ומשאלות – מתאימים מושג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(המקום שבו אני גר ומרגיש בטוח)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(האנשים הקרובים אליי)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(מנהג שעובר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(דבר שאני זוכר מהעבר)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בוחנים ידע 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ספר התורה של 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בטיילת ארמון הנציב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שוברים את הצום, שרים ורוקדים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סודן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השתחוות וסגידה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 בתהלוכה, צמים, הקסים קוראים מהאורית, ומתפללים לשוב לירושלים.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כל תשובה סבירה המתארת מסורת או זיכרון משפחתי מתקבלת.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אפשר להזכיר: הליכה רגלית ארוכה, תנאי מדבר קשים, חוסר במים ומזון, סכנות בדרך.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הגעגוע לירושלים ואת חידוש הברית, לא רק 'חג אתיופי'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נכון: טבילה ולבוש לבן, תהלוכה עם מטריות, צום ותפילה על ההר, ירידה וסעודה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לפחות שלוש מהמילים: סיגד, אורית, קס, געז,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 קצרים: פרקים 1–2, פרק 3, ופרקים 4–5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פרק 3 כדאי להראות מפה פשוטה של המסע מאתיופיה דרך סודן לישראל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לקצר את פרק 3 ולהתמקד רק בשלוש תחנות עיקריות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מפגש בשאלת הערכה עצמית אחת מתוך פרק הסיכום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לומדים על חג הסיגד. עוברים פרק אחרי פרק. בכל פרק עונים על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בשפת געז שפירושה השתחוות או תפילה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ביתא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הקהילה היהודית שבאה מאתיופיה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התורה של הקהילה, כתוב בשפת געז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 דתי של הקהילה, מוביל את התפילה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השפה העתיקה של התפילות של הקהילה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כ״ט בחשוון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התאריך העברי של חג הסיגד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ארמון הנציב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בירושלים שבו נערכת היום תפילת הסיגד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 משה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חשאי שבו עלו יהודי אתיופיה לישראל דרך סודן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 שלמה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גדול שבו הגיעו אלפי עולים לישראל בטיסות תוך יממה וחצי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צבעוני שנושאים בתהלוכה אל ההר ביום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מהו חג הסיגד – שאלות 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ארוחה חגיגית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חל חג הסיגד ביחס ליום הכיפורים?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חוגג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ביתא ישראל –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ספר הקודש של הקהילה?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סידור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מהו חג הסיגד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הוא חג של קהילת __________ – יהודי אתיופיה.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התאריך של חג הסיגד הוא כ"ט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בעבר עלו בני הקהילה אל __________ גבוה כדי להתפלל ולצום.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ההר בחג הסיגד הוא זכר למעמד הר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מהו חג הסיגד – הבנה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הגעגוע של קהילת ביתא ישראל לירושלים.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בני הקהילה עלו להר בחג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מבטא ההר בחג הסיגד? קשרו את התשובה למעמד הר סיני.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סדר היום בהר – מה קורה ביום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משכימים קום וטובלים במים לפני שלובשים בגדים לבנים.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העלייה להר נעשית בתהלוכה, מתחת למטריות צבעוניות.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ראש ההר אוכלים ארוחה חגיגית לפני התפילה.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מוציאים את ספר האורית כשהקהילה מתאספת בהר.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הירידה מההר שוברים את הצום בסעודה ורוקדים.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סדר היום בהר – התאמת שלב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בבוקר המוקדם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עולים בתהלוכה מתחת למטריות צבעוניות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בדרך להר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יורדים מההר, שוברים את הצום בסעודה ורוקדים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בראש ההר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טובלים במים ולובשים בגדים לבנים ונקיים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צמים, קוראים מהאורית ומתפללים לשוב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בתום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מוציאים את ספר האורית ומובילים את התפילה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סדר היום בהר – סדרו את מהלך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מההר, שוברים את הצום בסעודה, שרים ורוקדים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מתאספים, והקסים מוציאים את ספר האורית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משכימים קום, טובלים במים ולובשים בגדים לבנים ונקיים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בתהלוכה אל ראש ההר, מתחת למטריות צבעוניות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המסע הארוך לירושלים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קהילת ביתא ישראל חיה באתיופיה דורות רבים ושמרה על התורה והחגים.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בדרך לישראל עברו רבים מבני הקהילה דרך מצרים.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שלמה נמשך שעות בודדות והביא לישראל אלפי עולים.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הסיגד נחקק באותה שנה שבה קמה 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המסע הארוך לירושלים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קהילת ביתא ישראל התפללה דורות רבים לשוב ל-__________.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בדרכם לישראל הלכו רבים מבני הקהילה ברגל למחנות פליטים ב-__________.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במבצע __________ הגיעו לישראל כ-14,310 עולים בתוך 36 שעות בלבד.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חוק מיוחד משנת 2008 קבע שחג הסיגד הוא חג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המסע הארוך לירושלים – סדר המסע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 ארוך ברגל למחנות פליטים בסודן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חיים בישראל וחגיגת הסיגד בירושלים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שלמה - עלייה גדולה בטיסות מאתיופיה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משה - עלייה חשאית ארצה מסודן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חיים בכפרים באתיופיה ושמירה על המסורת והאורית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המסע הארוך לירושלים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2-3 משפטים: מה לדעתכם היה הכי קשה במסע של בני הקהילה מאתיופיה לישראל?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מילים חשובות בחג – התאמת מושג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הקהילה היהודית באתיופיה, פירושו בית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הטיילת בירושלים שבה נערכת היום התפילה המרכזית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השתחוות או סגידה בשפת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מנהיג דתי ורוחני של הקהילה, מוביל את התפילה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ארמון הנציב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השפה העתיקה של התפילות וכתבי הקודש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ספר התורה של הקהילה, כתוב בשפת געז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מילים חשובות בחג – בוחרים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התורה של 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ההר שעליו מתפללים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 לבן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של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 הקס?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תייר שמגיע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מנהיג דתי שמוביל את התפילה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המטרייה הצבעונית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אחר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שפת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חוגגים את הסיגד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בהר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בטיילת ארמון הנציב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בכפר באתיופיה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בסודן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מילים חשובות בחג – מבינים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סיגד בשפת געז פירושה שמחה גדולה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 הוא זה שמוציא את ספר האורית בטקס ההשתחוות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מילים חשובות בחג – כותבים במילים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הקסים קוראים מתוך האורית בחג הסיגד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שמסביר מה פירוש השם ביתא ישראל ולמה הקהילה נקראת כך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שייכות, זיכרון ומשאלות – זוכרים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ביתא ישראל שמרו במשך דורות על החלום לשוב לירושלים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הקסים עולים להר מתחת למטריות לבנות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זהות ושייכות מבקשים לבחור שלוש מילים שמתארות שייכות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במטריית המשאלות אפשר לבחור צבע ולהוסיף מדבקות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שייכות, זיכרון ומשאלות – מבינים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קשורה לשייכות?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כותבים על המטרייה?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משאלה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אפשר לכתוב משאלה במטריית המשאלות?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לכם, למשפחה או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לכתוב משאלה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שייכות, זיכרון ומשאלות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בני ביתא ישראל שמרו במשך דורות על החלום לשוב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במטריית המשאלות בוחרים צבע, מוסיפים מדבקות וכותבים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שייכות, זיכרון ומשאלות – מתאימים מושג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מנהג שעובר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דבר שאני זוכר מהעבר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המקום שבו אני גר ומרגיש 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האנשים הקרובים אליי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בוחנים ידע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אחרי יום הכיפורים חוגגים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אורית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התורה של 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מוביל את התפילה בסיגד?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נערכת היום התפילה המרכזית של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בטיילת ארמון הנציב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אחרי שיורדים מההר?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הולכים לישון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שוברים את הצום, שרים ורוקדים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חוזרים לעלות להר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נשארים בשתיקה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דרך איזו מדינה עברו רבים מבני הקהילה בדרכם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תורכיה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באיזו שנה נחקק חוק חג הסיגד שהפך אותו לחג ממלכתי?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1985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פירוש המילה סיגד בשפת געז?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זיכרון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במשפטים משלכם מה קורה על ההר ביום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בני ביתא ישראל שמרו על חלום ירושלים דורות רבים. על איזה חלום או מסורת שומרים במשפחה שלכם?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מסע הקהילה לישראל עבר דרך אתיופיה, סודן וישראל. למה לדעתכם המסע הזה היה קשה כל כך?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במילים שלי למה חוגגים את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לספר בסדר נכון מה קורה ביום החג, מההשכמה ועד הסעודה?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זוכר/ת לפחות שלוש מילים חשובות מהחג ואת פירושן?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