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· אתר לכיתה – יסודי וחט״ב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חג הסיגד – מקורו, תאריכו והקהילה שחוגגת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לתאר בסדר נכון מה קורה ביום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חשובות בשפת געז ובמסורת הקהילה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החג לרעיונות של זיכרון, מסורת ושייכות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מהו חג הסיגד – שאלות 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השתחוות וסגידה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50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ביתא ישראל – יהודי אתיופיה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מהו חג הסיגד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ביתא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חשוון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מהו חג הסיגד – הבנה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במשך דורות התפללו בני הקהילה לשוב לירושלים, גם כשחיו רחוק ממנה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סדר היום בהר – מה קורה ביום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מתחיל היום - קימה מוקדמת, טבילה ולבוש נקי ולבן.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בני הקהילה עולים בתהלוכה חגיגית עם מטריות מפוארות.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על ההר צמים ומתפללים, והסעודה מתקיימת רק אחרי הירידה.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סדר היום בהר – התאמת שלב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(טובלים במים ולובשים בגדים לבנים ונקיים)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(עולים בתהלוכה מתחת למטריות צבעוניות)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(צמים, קוראים מהאורית ומתפללים לשוב לירושלים)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סדר היום בהר – סדרו את מהלך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משכימים קום, טובלים במים ולובשים בגדים לבנים ונקיים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המסע הארוך לירושלים – מה זוכרים?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הקהילה שמרה על האורית, הצומות והחגים בכפרים שבצפון אתיופיה.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רבים הלכו ברגל למחנות פליטים בסודן.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במבצע שלמה הגיעו כ-14,310 עולים בתוך 36 שעות.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המסע הארוך לירושלים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סודן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המסע הארוך לירושלים – סדר המסע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חיים בכפרים באתיופיה ושמירה על המסורת והאורית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חיים בישראל וחגיגת הסיגד בירושלים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המסע הארוך לירושלים – כתיבה 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מילים חשובות בחג – התאמת מושג לפירוש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(מנהיג דתי ורוחני של הקהילה, מוביל את התפילה)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(ספר התורה של הקהילה, כתוב בשפת געז)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(שם הקהילה היהודית באתיופיה, פירושו בית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(השתחוות או סגידה בשפת געז)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מילים חשובות בחג – בוחרים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ספר התורה של הקהילה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מנהיג דתי שמוביל את התפילה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מילים חשובות בחג – מבינים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סיגד פירושו השתחוות או סגידה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הקס מוביל את התפילה ומוציא את האורית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מילים חשובות בחג – כותבים במילים שלנו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שייכות, זיכרון ומשאלות – זוכרים מהדף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הדף מספר שירושלים הייתה חלום וגעגוע במשך דורות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המטריות צבעוניות ומפוארות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במשימה הראשונה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שייכות, זיכרון ומשאלות – מבינים ומתאימים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מסורת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משאלה לחג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שייכות, זיכרון ומשאלות – משלימים ומתאימים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שייכות, זיכרון ומשאלות – מתאימים מושג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(המקום שבו אני גר ומרגיש בטוח)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(האנשים הקרובים אליי)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(מנהג שעובר מדור לדור)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(דבר שאני זוכר מהעבר)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בוחנים ידע כללי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50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ספר התורה של הקהילה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הקס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כותבים וחושבים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עולים בתהלוכה, צמים, הקסים קוראים מהאורית, ומתפללים לשוב לירושלים.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את הגעגוע לירושלים ואת חידוש הברית, לא רק 'חג אתיופי'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סדר נכון: טבילה ולבוש לבן, תהלוכה עם מטריות, צום ותפילה על ההר, ירידה וסעודה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לפחות שלוש מהמילים: סיגד, אורית, קס, געז, ביתא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 מפגשים קצרים: פרקים 1–2, פרק 3, ופרקים 4–5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פרק 3 כדאי להראות מפה פשוטה של המסע מאתיופיה דרך סודן לישראל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לקצר את פרק 3 ולהתמקד רק בשלוש תחנות עיקריות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כל מפגש בשאלת הערכה עצמית אחת מתוך פרק הסיכום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· אתר לכיתה – יסודי וחט״ב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הזו תלמדו על חג הסיגד צעד אחר צעד. עברו על הפרקים לפי הסדר, ענו בכל פרק על השאלות, וציירו או כתבו כשמבקשים מכם.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ביתא ישראל  ·  משאלה  ·  ירושלים  ·  ירושלים  ·  סודן  ·  חשוון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מהו חג הסיגד – שאלות פתיחה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פירוש המילה "סיגד" בשפת געז?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השתחוות וסגידה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שמחה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ארוחה חגיגית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זמן אחרי יום הכיפורים חל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50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קהילה חוגגת את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ביתא ישראל –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יהודי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יהודי מרוקו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מהו חג הסיגד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חג הסיגד הוא חג של קהילת __________ – יהודי אתיופיה.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התאריך של חג הסיגד הוא כ"ט ב__________.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מהו חג הסיגד – הבנה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על הגעגוע של קהילת ביתא ישראל לירושלים.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סדר היום בהר – מה קורה ביום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ביום הסיגד משכימים קום וטובלים במים לפני שלובשים בגדים לבנים.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העלייה להר נעשית בתהלוכה, מתחת למטריות צבעוניות.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על ראש ההר אוכלים ארוחה חגיגית לפני התפילה.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סדר היום בהר – התאמת שלב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בבוקר המוקדם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צמים, קוראים מהאורית ומתפללים לשוב לירושלים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בדרך להר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טובלים במים ולובשים בגדים לבנים ונקיים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בראש ההר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עולים בתהלוכה מתחת למטריות צבעוניות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סדר היום בהר – סדרו את מהלך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משכימים קום, טובלים במים ולובשים בגדים לבנים ונקיים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3 · המסע הארוך לירושלים – מה זוכרים?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קהילת ביתא ישראל חיה באתיופיה דורות רבים ושמרה על התורה והחגים.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בדרך לישראל עברו רבים מבני הקהילה דרך מצרים.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מבצע שלמה נמשך שעות בודדות והביא לישראל אלפי עולים.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המסע הארוך לירושלים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קהילת ביתא ישראל התפללה דורות רבים לשוב ל-__________.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בדרכם לישראל הלכו רבים מבני הקהילה ברגל למחנות פליטים ב-__________.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המסע הארוך לירושלים – סדר המסע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חיים בישראל וחגיגת הסיגד בירושלים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חיים בכפרים באתיופיה ושמירה על המסורת והאורית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המסע הארוך לירושלים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מילים חשובות בחג – התאמת מושג לפירוש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שם הקהילה היהודית באתיופיה, פירושו בית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מנהיג דתי ורוחני של הקהילה, מוביל את התפילה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ביתא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השתחוות או סגידה בשפת געז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ספר התורה של הקהילה, כתוב בשפת געז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מילים חשובות בחג – בוחרים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האורית?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ספר התורה של הקהילה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שם ההר שעליו מתפללים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בגד לבן לחג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הוא הקס בקהילת ביתא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תייר שמגיע לחג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מנהיג דתי שמוביל את התפילה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המטרייה הצבעונית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מילים חשובות בחג – מבינים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סיגד בשפת געז פירושה שמחה גדולה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הקס הוא זה שמוציא את ספר האורית בטקס ההשתחוות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מילים חשובות בחג – כותבים במילים 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שייכות, זיכרון ומשאלות – זוכרים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בני ביתא ישראל שמרו במשך דורות על החלום לשוב לירושלים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בחג הסיגד הקסים עולים להר מתחת למטריות לבנות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בדף זהות ושייכות מבקשים לבחור שלוש מילים שמתארות שייכות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שייכות, זיכרון ומשאלות – מבינים ומתאימים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מהמילים הבאות מופיעה ברשימת מילות השייכות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מסורת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מכונית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כותבים במטריית המשאלות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משאלה לחג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רשימת קניות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שייכות, זיכרון ומשאלות – משלימים ומתאימים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בני ביתא ישראל שמרו במשך דורות על החלום לשוב ל-__________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במטריית המשאלות בוחרים צבע, מוסיפים מדבקות וכותבים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שייכות, זיכרון ומשאלות – מתאימים מושג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האנשים הקרובים אליי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דבר שאני זוכר מהעבר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מסורת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המקום שבו אני גר ומרגיש בטוח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זיכרון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מנהג שעובר מדור לדור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חזרה מסכמת – בוחנים ידע כללי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חג הסיגד חל כמה ימים אחרי יום הכיפורים?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50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70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זאת אורית?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 ההר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ספר התורה של הקהילה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בגד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מוביל את התפילה בסיגד?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השוטר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הרופא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חזרה מסכמת – כותבים וחושבים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במשפטים משלכם מה קורה על ההר ביום הסיגד.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יודע/ת להסביר במילים שלי למה חוגגים את 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יכול/ה לספר בסדר נכון מה קורה ביום החג, מההשכמה ועד הסעודה?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